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A171A" w14:textId="65D50860" w:rsidR="00982744" w:rsidRDefault="00982744" w:rsidP="00982744">
      <w:pPr>
        <w:spacing w:after="19"/>
        <w:ind w:left="25"/>
        <w:jc w:val="center"/>
        <w:rPr>
          <w:b/>
          <w:sz w:val="24"/>
          <w:lang w:val="ru-RU"/>
        </w:rPr>
      </w:pPr>
      <w:r w:rsidRPr="00AC523C">
        <w:rPr>
          <w:b/>
          <w:sz w:val="24"/>
          <w:lang w:val="ru-RU"/>
        </w:rPr>
        <w:t>ПРИЛОЖЕНИЕ № 1</w:t>
      </w:r>
    </w:p>
    <w:p w14:paraId="36CD99B7" w14:textId="1C051EC4" w:rsidR="00982744" w:rsidRDefault="00982744" w:rsidP="00982744">
      <w:pPr>
        <w:spacing w:after="19"/>
        <w:ind w:left="25"/>
        <w:jc w:val="center"/>
        <w:rPr>
          <w:b/>
          <w:lang w:val="ru-RU"/>
        </w:rPr>
      </w:pPr>
      <w:r w:rsidRPr="00982744">
        <w:rPr>
          <w:b/>
          <w:lang w:val="ru-RU"/>
        </w:rPr>
        <w:t>НА</w:t>
      </w:r>
      <w:r>
        <w:rPr>
          <w:lang w:val="ru-RU"/>
        </w:rPr>
        <w:t xml:space="preserve"> </w:t>
      </w:r>
      <w:r w:rsidRPr="00982744">
        <w:rPr>
          <w:b/>
          <w:lang w:val="ru-RU"/>
        </w:rPr>
        <w:t>ВОЗМЕЩЕНИЕ УЩЕРБА ЗА ПОРЧУ ИМУЩЕСТВА</w:t>
      </w:r>
    </w:p>
    <w:p w14:paraId="34483953" w14:textId="77777777" w:rsidR="00982744" w:rsidRPr="00982744" w:rsidRDefault="00982744" w:rsidP="00982744">
      <w:pPr>
        <w:spacing w:after="19"/>
        <w:ind w:left="25"/>
        <w:jc w:val="center"/>
        <w:rPr>
          <w:lang w:val="ru-RU"/>
        </w:rPr>
      </w:pPr>
    </w:p>
    <w:p w14:paraId="7A7B8B0E" w14:textId="088EC059" w:rsidR="00DB0253" w:rsidRPr="00C07B76" w:rsidRDefault="00000000" w:rsidP="00C07B76">
      <w:pPr>
        <w:spacing w:after="0" w:line="240" w:lineRule="auto"/>
        <w:jc w:val="center"/>
        <w:rPr>
          <w:lang w:val="ru-RU"/>
        </w:rPr>
      </w:pPr>
      <w:r w:rsidRPr="00C07B76">
        <w:rPr>
          <w:b/>
          <w:sz w:val="28"/>
          <w:lang w:val="ru-RU"/>
        </w:rPr>
        <w:t>АКТ О ПРИЧИНЕННОМ УЩЕРБЕ ИМУЩЕСТВУ</w:t>
      </w:r>
      <w:r w:rsidR="00C07B76">
        <w:rPr>
          <w:b/>
          <w:sz w:val="28"/>
          <w:lang w:val="ru-RU"/>
        </w:rPr>
        <w:t xml:space="preserve"> ООО «Европейскому хостелу» /</w:t>
      </w:r>
      <w:r w:rsidRPr="00C07B76">
        <w:rPr>
          <w:b/>
          <w:sz w:val="28"/>
          <w:lang w:val="ru-RU"/>
        </w:rPr>
        <w:t xml:space="preserve"> </w:t>
      </w:r>
      <w:r w:rsidR="00C07B76">
        <w:rPr>
          <w:b/>
          <w:sz w:val="28"/>
          <w:lang w:val="ru-RU"/>
        </w:rPr>
        <w:t>Мини-отелю «У Капитана»</w:t>
      </w:r>
    </w:p>
    <w:p w14:paraId="7092A326" w14:textId="77777777" w:rsidR="00DB0253" w:rsidRPr="00C07B76" w:rsidRDefault="00000000" w:rsidP="00C07B76">
      <w:pPr>
        <w:spacing w:after="0" w:line="240" w:lineRule="auto"/>
        <w:jc w:val="center"/>
        <w:rPr>
          <w:lang w:val="ru-RU"/>
        </w:rPr>
      </w:pPr>
      <w:r w:rsidRPr="00C07B76">
        <w:rPr>
          <w:sz w:val="24"/>
          <w:lang w:val="ru-RU"/>
        </w:rPr>
        <w:t>№ __________ от "____" ____________ 2026 г.</w:t>
      </w:r>
    </w:p>
    <w:p w14:paraId="4489EDCD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b/>
          <w:lang w:val="ru-RU"/>
        </w:rPr>
        <w:t xml:space="preserve">Место составления: </w:t>
      </w:r>
      <w:r w:rsidRPr="00C07B76">
        <w:rPr>
          <w:lang w:val="ru-RU"/>
        </w:rPr>
        <w:t>г. Москва, _______________________________________________________</w:t>
      </w:r>
      <w:r w:rsidRPr="00C07B76">
        <w:rPr>
          <w:sz w:val="18"/>
          <w:lang w:val="ru-RU"/>
        </w:rPr>
        <w:br/>
        <w:t>(адрес объекта хостела)</w:t>
      </w:r>
    </w:p>
    <w:p w14:paraId="7A74BB31" w14:textId="77777777" w:rsidR="00DB0253" w:rsidRPr="00C07B76" w:rsidRDefault="00DB0253" w:rsidP="00C07B76">
      <w:pPr>
        <w:spacing w:after="0" w:line="240" w:lineRule="auto"/>
        <w:rPr>
          <w:lang w:val="ru-RU"/>
        </w:rPr>
      </w:pPr>
    </w:p>
    <w:p w14:paraId="6B3E5251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b/>
          <w:sz w:val="24"/>
          <w:lang w:val="ru-RU"/>
        </w:rPr>
        <w:t>1. СВЕДЕНИЯ ОБ ОРГАНИЗАЦИИ</w:t>
      </w:r>
    </w:p>
    <w:p w14:paraId="50E8CFA8" w14:textId="3B0D4BDB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b/>
          <w:lang w:val="ru-RU"/>
        </w:rPr>
        <w:t xml:space="preserve">Наименование организации: </w:t>
      </w:r>
      <w:r w:rsidRPr="00C07B76">
        <w:rPr>
          <w:lang w:val="ru-RU"/>
        </w:rPr>
        <w:t>Общество с ограниченной ответственностью "Европейский хостел"</w:t>
      </w:r>
      <w:r w:rsidR="00C07B76">
        <w:rPr>
          <w:lang w:val="ru-RU"/>
        </w:rPr>
        <w:t xml:space="preserve">, (Мни отель «У капитана») </w:t>
      </w:r>
    </w:p>
    <w:p w14:paraId="0E733EF8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b/>
          <w:lang w:val="ru-RU"/>
        </w:rPr>
        <w:t xml:space="preserve">ОГРН: </w:t>
      </w:r>
      <w:r w:rsidRPr="00C07B76">
        <w:rPr>
          <w:lang w:val="ru-RU"/>
        </w:rPr>
        <w:t>1237700440218</w:t>
      </w:r>
    </w:p>
    <w:p w14:paraId="764368E3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b/>
          <w:lang w:val="ru-RU"/>
        </w:rPr>
        <w:t xml:space="preserve">ИНН/КПП: </w:t>
      </w:r>
      <w:r w:rsidRPr="00C07B76">
        <w:rPr>
          <w:lang w:val="ru-RU"/>
        </w:rPr>
        <w:t>9726048094 / 772601001</w:t>
      </w:r>
    </w:p>
    <w:p w14:paraId="131BC088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b/>
          <w:lang w:val="ru-RU"/>
        </w:rPr>
        <w:t xml:space="preserve">Юридический адрес: </w:t>
      </w:r>
      <w:r w:rsidRPr="00C07B76">
        <w:rPr>
          <w:lang w:val="ru-RU"/>
        </w:rPr>
        <w:t>г. Москва, Кировоградская ул., д. 17, корп. 1А</w:t>
      </w:r>
    </w:p>
    <w:p w14:paraId="2AB5E2D2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b/>
          <w:lang w:val="ru-RU"/>
        </w:rPr>
        <w:t xml:space="preserve">Генеральный директор: </w:t>
      </w:r>
      <w:r w:rsidRPr="00C07B76">
        <w:rPr>
          <w:lang w:val="ru-RU"/>
        </w:rPr>
        <w:t>Волощук Константин Яковлевич</w:t>
      </w:r>
    </w:p>
    <w:p w14:paraId="1ECB5BB9" w14:textId="77777777" w:rsidR="00DB0253" w:rsidRPr="00C07B76" w:rsidRDefault="00DB0253" w:rsidP="00C07B76">
      <w:pPr>
        <w:spacing w:after="0" w:line="240" w:lineRule="auto"/>
        <w:rPr>
          <w:lang w:val="ru-RU"/>
        </w:rPr>
      </w:pPr>
    </w:p>
    <w:p w14:paraId="7A8A7BFB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b/>
          <w:sz w:val="24"/>
          <w:lang w:val="ru-RU"/>
        </w:rPr>
        <w:t>2. СВЕДЕНИЯ О ГОСТЕ</w:t>
      </w:r>
    </w:p>
    <w:p w14:paraId="2DC339BB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ФИО гостя: _________________________________________________________________________________</w:t>
      </w:r>
    </w:p>
    <w:p w14:paraId="358A83FD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Документ, удостоверяющий личность: __________________________________________________________</w:t>
      </w:r>
    </w:p>
    <w:p w14:paraId="1DF65E93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sz w:val="18"/>
          <w:lang w:val="ru-RU"/>
        </w:rPr>
        <w:t>(серия, номер, кем и когда выдан)</w:t>
      </w:r>
    </w:p>
    <w:p w14:paraId="0F96E2D4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Контактный телефон: _________________________________________________________________________</w:t>
      </w:r>
    </w:p>
    <w:p w14:paraId="2A88A60D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Номер/комната: ____________________</w:t>
      </w:r>
      <w:proofErr w:type="gramStart"/>
      <w:r w:rsidRPr="00C07B76">
        <w:rPr>
          <w:lang w:val="ru-RU"/>
        </w:rPr>
        <w:t>_  Койко</w:t>
      </w:r>
      <w:proofErr w:type="gramEnd"/>
      <w:r w:rsidRPr="00C07B76">
        <w:rPr>
          <w:lang w:val="ru-RU"/>
        </w:rPr>
        <w:t>-место: ________________________________________</w:t>
      </w:r>
    </w:p>
    <w:p w14:paraId="5756FBB1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Дата заселения: ___________________</w:t>
      </w:r>
      <w:proofErr w:type="gramStart"/>
      <w:r w:rsidRPr="00C07B76">
        <w:rPr>
          <w:lang w:val="ru-RU"/>
        </w:rPr>
        <w:t>_  Дата</w:t>
      </w:r>
      <w:proofErr w:type="gramEnd"/>
      <w:r w:rsidRPr="00C07B76">
        <w:rPr>
          <w:lang w:val="ru-RU"/>
        </w:rPr>
        <w:t xml:space="preserve"> выезда (планируемая): ___________________________</w:t>
      </w:r>
    </w:p>
    <w:p w14:paraId="3F028D44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Номер договора/брони: _______________________________________________________________________</w:t>
      </w:r>
    </w:p>
    <w:p w14:paraId="5FF24CFB" w14:textId="77777777" w:rsidR="00DB0253" w:rsidRPr="00C07B76" w:rsidRDefault="00DB0253" w:rsidP="00C07B76">
      <w:pPr>
        <w:spacing w:after="0" w:line="240" w:lineRule="auto"/>
        <w:rPr>
          <w:lang w:val="ru-RU"/>
        </w:rPr>
      </w:pPr>
    </w:p>
    <w:p w14:paraId="6D802CDF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b/>
          <w:sz w:val="24"/>
          <w:lang w:val="ru-RU"/>
        </w:rPr>
        <w:t>3. ОБСТОЯТЕЛЬСТВА ОБНАРУЖЕНИЯ УЩЕРБА</w:t>
      </w:r>
    </w:p>
    <w:p w14:paraId="6946523B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b/>
          <w:lang w:val="ru-RU"/>
        </w:rPr>
        <w:t xml:space="preserve">Дата и время обнаружения: </w:t>
      </w:r>
      <w:r w:rsidRPr="00C07B76">
        <w:rPr>
          <w:lang w:val="ru-RU"/>
        </w:rPr>
        <w:t>"____" ____________ 2026 г., ______ час. ______ мин.</w:t>
      </w:r>
    </w:p>
    <w:p w14:paraId="49CD9EF0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b/>
          <w:lang w:val="ru-RU"/>
        </w:rPr>
        <w:t xml:space="preserve">Обнаружено: </w:t>
      </w:r>
      <w:r w:rsidRPr="00C07B76">
        <w:rPr>
          <w:lang w:val="ru-RU"/>
        </w:rPr>
        <w:t>☐ во время проживания   ☐ при выезде гостя   ☐ после выезда гостя</w:t>
      </w:r>
    </w:p>
    <w:p w14:paraId="7057408A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b/>
          <w:lang w:val="ru-RU"/>
        </w:rPr>
        <w:t xml:space="preserve">Кем обнаружено: </w:t>
      </w:r>
      <w:r w:rsidRPr="00C07B76">
        <w:rPr>
          <w:lang w:val="ru-RU"/>
        </w:rPr>
        <w:t>__________________________________________________________________</w:t>
      </w:r>
      <w:r w:rsidRPr="00C07B76">
        <w:rPr>
          <w:sz w:val="18"/>
          <w:lang w:val="ru-RU"/>
        </w:rPr>
        <w:br/>
        <w:t>(ФИО, должность сотрудника)</w:t>
      </w:r>
    </w:p>
    <w:p w14:paraId="5E53E8CA" w14:textId="77777777" w:rsidR="00DB0253" w:rsidRDefault="00000000" w:rsidP="00C07B76">
      <w:pPr>
        <w:spacing w:after="0" w:line="240" w:lineRule="auto"/>
      </w:pPr>
      <w:proofErr w:type="spellStart"/>
      <w:r>
        <w:rPr>
          <w:b/>
        </w:rPr>
        <w:t>Обстоятельства</w:t>
      </w:r>
      <w:proofErr w:type="spellEnd"/>
      <w:r>
        <w:rPr>
          <w:b/>
        </w:rPr>
        <w:t>:</w:t>
      </w:r>
    </w:p>
    <w:p w14:paraId="5416748F" w14:textId="77777777" w:rsidR="00DB0253" w:rsidRDefault="00000000" w:rsidP="00C07B76">
      <w:pPr>
        <w:spacing w:after="0" w:line="240" w:lineRule="auto"/>
      </w:pPr>
      <w:r>
        <w:t>______________________________________________________________________________________________________________</w:t>
      </w:r>
    </w:p>
    <w:p w14:paraId="7C82705B" w14:textId="77777777" w:rsidR="00DB0253" w:rsidRDefault="00000000" w:rsidP="00C07B76">
      <w:pPr>
        <w:spacing w:after="0" w:line="240" w:lineRule="auto"/>
      </w:pPr>
      <w:r>
        <w:t>______________________________________________________________________________________________________________</w:t>
      </w:r>
    </w:p>
    <w:p w14:paraId="331D4E2B" w14:textId="77777777" w:rsidR="00DB0253" w:rsidRDefault="00000000" w:rsidP="00C07B76">
      <w:pPr>
        <w:spacing w:after="0" w:line="240" w:lineRule="auto"/>
      </w:pPr>
      <w:r>
        <w:t>______________________________________________________________________________________________________________</w:t>
      </w:r>
    </w:p>
    <w:p w14:paraId="064C8BE2" w14:textId="77777777" w:rsidR="00DB0253" w:rsidRDefault="00000000" w:rsidP="00C07B76">
      <w:pPr>
        <w:spacing w:after="0" w:line="240" w:lineRule="auto"/>
      </w:pPr>
      <w:r>
        <w:t>______________________________________________________________________________________________________________</w:t>
      </w:r>
    </w:p>
    <w:p w14:paraId="419F22C9" w14:textId="77777777" w:rsidR="00DB0253" w:rsidRDefault="00DB0253" w:rsidP="00C07B76">
      <w:pPr>
        <w:spacing w:after="0" w:line="240" w:lineRule="auto"/>
      </w:pPr>
    </w:p>
    <w:p w14:paraId="11065004" w14:textId="77777777" w:rsidR="00DB0253" w:rsidRDefault="00000000" w:rsidP="00C07B76">
      <w:pPr>
        <w:spacing w:after="0" w:line="240" w:lineRule="auto"/>
      </w:pPr>
      <w:r>
        <w:rPr>
          <w:b/>
          <w:sz w:val="24"/>
        </w:rPr>
        <w:t>4. ПЕРЕЧЕНЬ ПОВРЕЖДЕННОГО/УТРАЧЕННОГО ИМУЩЕСТВА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928"/>
        <w:gridCol w:w="1973"/>
        <w:gridCol w:w="2337"/>
        <w:gridCol w:w="1970"/>
        <w:gridCol w:w="1944"/>
      </w:tblGrid>
      <w:tr w:rsidR="00DB0253" w14:paraId="0FFB59DD" w14:textId="77777777">
        <w:tc>
          <w:tcPr>
            <w:tcW w:w="1987" w:type="dxa"/>
          </w:tcPr>
          <w:p w14:paraId="3A385882" w14:textId="77777777" w:rsidR="00DB0253" w:rsidRDefault="00000000" w:rsidP="00C07B76">
            <w:pPr>
              <w:jc w:val="center"/>
            </w:pPr>
            <w:r>
              <w:rPr>
                <w:b/>
                <w:sz w:val="20"/>
              </w:rPr>
              <w:t>№ п/п</w:t>
            </w:r>
          </w:p>
        </w:tc>
        <w:tc>
          <w:tcPr>
            <w:tcW w:w="1987" w:type="dxa"/>
          </w:tcPr>
          <w:p w14:paraId="1EA84FC4" w14:textId="77777777" w:rsidR="00DB0253" w:rsidRDefault="00000000" w:rsidP="00C07B76">
            <w:pPr>
              <w:jc w:val="center"/>
            </w:pPr>
            <w:r>
              <w:rPr>
                <w:b/>
                <w:sz w:val="20"/>
              </w:rPr>
              <w:t>Наименование имущества</w:t>
            </w:r>
          </w:p>
        </w:tc>
        <w:tc>
          <w:tcPr>
            <w:tcW w:w="1987" w:type="dxa"/>
          </w:tcPr>
          <w:p w14:paraId="3A08D231" w14:textId="77777777" w:rsidR="00DB0253" w:rsidRDefault="00000000" w:rsidP="00C07B76">
            <w:pPr>
              <w:jc w:val="center"/>
            </w:pPr>
            <w:r>
              <w:rPr>
                <w:b/>
                <w:sz w:val="20"/>
              </w:rPr>
              <w:t>Характер повреждения/утраты</w:t>
            </w:r>
          </w:p>
        </w:tc>
        <w:tc>
          <w:tcPr>
            <w:tcW w:w="1987" w:type="dxa"/>
          </w:tcPr>
          <w:p w14:paraId="7F748048" w14:textId="77777777" w:rsidR="00DB0253" w:rsidRDefault="00000000" w:rsidP="00C07B76">
            <w:pPr>
              <w:jc w:val="center"/>
            </w:pPr>
            <w:r>
              <w:rPr>
                <w:b/>
                <w:sz w:val="20"/>
              </w:rPr>
              <w:t>Номер позиции по прейскуранту</w:t>
            </w:r>
          </w:p>
        </w:tc>
        <w:tc>
          <w:tcPr>
            <w:tcW w:w="1987" w:type="dxa"/>
          </w:tcPr>
          <w:p w14:paraId="336A4C3C" w14:textId="77777777" w:rsidR="00DB0253" w:rsidRDefault="00000000" w:rsidP="00C07B76">
            <w:pPr>
              <w:jc w:val="center"/>
            </w:pPr>
            <w:r>
              <w:rPr>
                <w:b/>
                <w:sz w:val="20"/>
              </w:rPr>
              <w:t>Сумма ущерба (руб.)</w:t>
            </w:r>
          </w:p>
        </w:tc>
      </w:tr>
      <w:tr w:rsidR="00DB0253" w14:paraId="1D228E2F" w14:textId="77777777">
        <w:tc>
          <w:tcPr>
            <w:tcW w:w="1987" w:type="dxa"/>
          </w:tcPr>
          <w:p w14:paraId="38B33260" w14:textId="77777777" w:rsidR="00DB0253" w:rsidRDefault="00000000" w:rsidP="00C07B76">
            <w:r>
              <w:rPr>
                <w:sz w:val="20"/>
              </w:rPr>
              <w:t>1</w:t>
            </w:r>
          </w:p>
        </w:tc>
        <w:tc>
          <w:tcPr>
            <w:tcW w:w="1987" w:type="dxa"/>
          </w:tcPr>
          <w:p w14:paraId="4DA06477" w14:textId="77777777" w:rsidR="00DB0253" w:rsidRDefault="00DB0253" w:rsidP="00C07B76"/>
        </w:tc>
        <w:tc>
          <w:tcPr>
            <w:tcW w:w="1987" w:type="dxa"/>
          </w:tcPr>
          <w:p w14:paraId="1D3B1009" w14:textId="77777777" w:rsidR="00DB0253" w:rsidRDefault="00DB0253" w:rsidP="00C07B76"/>
        </w:tc>
        <w:tc>
          <w:tcPr>
            <w:tcW w:w="1987" w:type="dxa"/>
          </w:tcPr>
          <w:p w14:paraId="7DE2E4D6" w14:textId="77777777" w:rsidR="00DB0253" w:rsidRDefault="00DB0253" w:rsidP="00C07B76"/>
        </w:tc>
        <w:tc>
          <w:tcPr>
            <w:tcW w:w="1987" w:type="dxa"/>
          </w:tcPr>
          <w:p w14:paraId="0471CF18" w14:textId="77777777" w:rsidR="00DB0253" w:rsidRDefault="00DB0253" w:rsidP="00C07B76"/>
        </w:tc>
      </w:tr>
      <w:tr w:rsidR="00DB0253" w14:paraId="20BA3306" w14:textId="77777777">
        <w:tc>
          <w:tcPr>
            <w:tcW w:w="1987" w:type="dxa"/>
          </w:tcPr>
          <w:p w14:paraId="51B558F8" w14:textId="77777777" w:rsidR="00DB0253" w:rsidRDefault="00000000" w:rsidP="00C07B76">
            <w:r>
              <w:rPr>
                <w:sz w:val="20"/>
              </w:rPr>
              <w:t>2</w:t>
            </w:r>
          </w:p>
        </w:tc>
        <w:tc>
          <w:tcPr>
            <w:tcW w:w="1987" w:type="dxa"/>
          </w:tcPr>
          <w:p w14:paraId="35230F44" w14:textId="77777777" w:rsidR="00DB0253" w:rsidRDefault="00DB0253" w:rsidP="00C07B76"/>
        </w:tc>
        <w:tc>
          <w:tcPr>
            <w:tcW w:w="1987" w:type="dxa"/>
          </w:tcPr>
          <w:p w14:paraId="1D0D7022" w14:textId="77777777" w:rsidR="00DB0253" w:rsidRDefault="00DB0253" w:rsidP="00C07B76"/>
        </w:tc>
        <w:tc>
          <w:tcPr>
            <w:tcW w:w="1987" w:type="dxa"/>
          </w:tcPr>
          <w:p w14:paraId="27938652" w14:textId="77777777" w:rsidR="00DB0253" w:rsidRDefault="00DB0253" w:rsidP="00C07B76"/>
        </w:tc>
        <w:tc>
          <w:tcPr>
            <w:tcW w:w="1987" w:type="dxa"/>
          </w:tcPr>
          <w:p w14:paraId="6194B395" w14:textId="77777777" w:rsidR="00DB0253" w:rsidRDefault="00DB0253" w:rsidP="00C07B76"/>
        </w:tc>
      </w:tr>
      <w:tr w:rsidR="00DB0253" w14:paraId="4DC83073" w14:textId="77777777">
        <w:tc>
          <w:tcPr>
            <w:tcW w:w="1987" w:type="dxa"/>
          </w:tcPr>
          <w:p w14:paraId="22442321" w14:textId="77777777" w:rsidR="00DB0253" w:rsidRDefault="00000000" w:rsidP="00C07B76">
            <w:r>
              <w:rPr>
                <w:sz w:val="20"/>
              </w:rPr>
              <w:t>3</w:t>
            </w:r>
          </w:p>
        </w:tc>
        <w:tc>
          <w:tcPr>
            <w:tcW w:w="1987" w:type="dxa"/>
          </w:tcPr>
          <w:p w14:paraId="2B047A70" w14:textId="77777777" w:rsidR="00DB0253" w:rsidRDefault="00DB0253" w:rsidP="00C07B76"/>
        </w:tc>
        <w:tc>
          <w:tcPr>
            <w:tcW w:w="1987" w:type="dxa"/>
          </w:tcPr>
          <w:p w14:paraId="65D9DF2C" w14:textId="77777777" w:rsidR="00DB0253" w:rsidRDefault="00DB0253" w:rsidP="00C07B76"/>
        </w:tc>
        <w:tc>
          <w:tcPr>
            <w:tcW w:w="1987" w:type="dxa"/>
          </w:tcPr>
          <w:p w14:paraId="72537592" w14:textId="77777777" w:rsidR="00DB0253" w:rsidRDefault="00DB0253" w:rsidP="00C07B76"/>
        </w:tc>
        <w:tc>
          <w:tcPr>
            <w:tcW w:w="1987" w:type="dxa"/>
          </w:tcPr>
          <w:p w14:paraId="06D25309" w14:textId="77777777" w:rsidR="00DB0253" w:rsidRDefault="00DB0253" w:rsidP="00C07B76"/>
        </w:tc>
      </w:tr>
      <w:tr w:rsidR="00DB0253" w14:paraId="5D153F1A" w14:textId="77777777">
        <w:tc>
          <w:tcPr>
            <w:tcW w:w="1987" w:type="dxa"/>
          </w:tcPr>
          <w:p w14:paraId="13F77DC0" w14:textId="77777777" w:rsidR="00DB0253" w:rsidRDefault="00000000" w:rsidP="00C07B76">
            <w:r>
              <w:rPr>
                <w:sz w:val="20"/>
              </w:rPr>
              <w:t>4</w:t>
            </w:r>
          </w:p>
        </w:tc>
        <w:tc>
          <w:tcPr>
            <w:tcW w:w="1987" w:type="dxa"/>
          </w:tcPr>
          <w:p w14:paraId="189FFDA7" w14:textId="77777777" w:rsidR="00DB0253" w:rsidRDefault="00DB0253" w:rsidP="00C07B76"/>
        </w:tc>
        <w:tc>
          <w:tcPr>
            <w:tcW w:w="1987" w:type="dxa"/>
          </w:tcPr>
          <w:p w14:paraId="4CD2AD69" w14:textId="77777777" w:rsidR="00DB0253" w:rsidRDefault="00DB0253" w:rsidP="00C07B76"/>
        </w:tc>
        <w:tc>
          <w:tcPr>
            <w:tcW w:w="1987" w:type="dxa"/>
          </w:tcPr>
          <w:p w14:paraId="49536265" w14:textId="77777777" w:rsidR="00DB0253" w:rsidRDefault="00DB0253" w:rsidP="00C07B76"/>
        </w:tc>
        <w:tc>
          <w:tcPr>
            <w:tcW w:w="1987" w:type="dxa"/>
          </w:tcPr>
          <w:p w14:paraId="1EF2A0F3" w14:textId="77777777" w:rsidR="00DB0253" w:rsidRDefault="00DB0253" w:rsidP="00C07B76"/>
        </w:tc>
      </w:tr>
      <w:tr w:rsidR="00DB0253" w14:paraId="0DD042BF" w14:textId="77777777">
        <w:tc>
          <w:tcPr>
            <w:tcW w:w="1987" w:type="dxa"/>
          </w:tcPr>
          <w:p w14:paraId="1322A476" w14:textId="77777777" w:rsidR="00DB0253" w:rsidRDefault="00000000" w:rsidP="00C07B76">
            <w:r>
              <w:rPr>
                <w:sz w:val="20"/>
              </w:rPr>
              <w:t>5</w:t>
            </w:r>
          </w:p>
        </w:tc>
        <w:tc>
          <w:tcPr>
            <w:tcW w:w="1987" w:type="dxa"/>
          </w:tcPr>
          <w:p w14:paraId="330BF871" w14:textId="77777777" w:rsidR="00DB0253" w:rsidRDefault="00DB0253" w:rsidP="00C07B76"/>
        </w:tc>
        <w:tc>
          <w:tcPr>
            <w:tcW w:w="1987" w:type="dxa"/>
          </w:tcPr>
          <w:p w14:paraId="6D46DC04" w14:textId="77777777" w:rsidR="00DB0253" w:rsidRDefault="00DB0253" w:rsidP="00C07B76"/>
        </w:tc>
        <w:tc>
          <w:tcPr>
            <w:tcW w:w="1987" w:type="dxa"/>
          </w:tcPr>
          <w:p w14:paraId="527384E8" w14:textId="77777777" w:rsidR="00DB0253" w:rsidRDefault="00DB0253" w:rsidP="00C07B76"/>
        </w:tc>
        <w:tc>
          <w:tcPr>
            <w:tcW w:w="1987" w:type="dxa"/>
          </w:tcPr>
          <w:p w14:paraId="34BE9113" w14:textId="77777777" w:rsidR="00DB0253" w:rsidRDefault="00DB0253" w:rsidP="00C07B76"/>
        </w:tc>
      </w:tr>
      <w:tr w:rsidR="00DB0253" w14:paraId="5694AFEA" w14:textId="77777777">
        <w:tc>
          <w:tcPr>
            <w:tcW w:w="1987" w:type="dxa"/>
          </w:tcPr>
          <w:p w14:paraId="099D5FBF" w14:textId="77777777" w:rsidR="00DB0253" w:rsidRDefault="00000000" w:rsidP="00C07B76">
            <w:r>
              <w:rPr>
                <w:sz w:val="20"/>
              </w:rPr>
              <w:t>6</w:t>
            </w:r>
          </w:p>
        </w:tc>
        <w:tc>
          <w:tcPr>
            <w:tcW w:w="1987" w:type="dxa"/>
          </w:tcPr>
          <w:p w14:paraId="756EEB5D" w14:textId="77777777" w:rsidR="00DB0253" w:rsidRDefault="00DB0253" w:rsidP="00C07B76"/>
        </w:tc>
        <w:tc>
          <w:tcPr>
            <w:tcW w:w="1987" w:type="dxa"/>
          </w:tcPr>
          <w:p w14:paraId="3B484BD7" w14:textId="77777777" w:rsidR="00DB0253" w:rsidRDefault="00DB0253" w:rsidP="00C07B76"/>
        </w:tc>
        <w:tc>
          <w:tcPr>
            <w:tcW w:w="1987" w:type="dxa"/>
          </w:tcPr>
          <w:p w14:paraId="5F925716" w14:textId="77777777" w:rsidR="00DB0253" w:rsidRDefault="00DB0253" w:rsidP="00C07B76"/>
        </w:tc>
        <w:tc>
          <w:tcPr>
            <w:tcW w:w="1987" w:type="dxa"/>
          </w:tcPr>
          <w:p w14:paraId="0C23DAFC" w14:textId="77777777" w:rsidR="00DB0253" w:rsidRDefault="00DB0253" w:rsidP="00C07B76"/>
        </w:tc>
      </w:tr>
      <w:tr w:rsidR="00DB0253" w14:paraId="3D4257EA" w14:textId="77777777">
        <w:tc>
          <w:tcPr>
            <w:tcW w:w="1987" w:type="dxa"/>
          </w:tcPr>
          <w:p w14:paraId="212D90F5" w14:textId="77777777" w:rsidR="00DB0253" w:rsidRDefault="00000000" w:rsidP="00C07B76">
            <w:r>
              <w:rPr>
                <w:sz w:val="20"/>
              </w:rPr>
              <w:t>7</w:t>
            </w:r>
          </w:p>
        </w:tc>
        <w:tc>
          <w:tcPr>
            <w:tcW w:w="1987" w:type="dxa"/>
          </w:tcPr>
          <w:p w14:paraId="6C1EBE86" w14:textId="77777777" w:rsidR="00DB0253" w:rsidRDefault="00DB0253" w:rsidP="00C07B76"/>
        </w:tc>
        <w:tc>
          <w:tcPr>
            <w:tcW w:w="1987" w:type="dxa"/>
          </w:tcPr>
          <w:p w14:paraId="72800B5E" w14:textId="77777777" w:rsidR="00DB0253" w:rsidRDefault="00DB0253" w:rsidP="00C07B76"/>
        </w:tc>
        <w:tc>
          <w:tcPr>
            <w:tcW w:w="1987" w:type="dxa"/>
          </w:tcPr>
          <w:p w14:paraId="35411C8B" w14:textId="77777777" w:rsidR="00DB0253" w:rsidRDefault="00DB0253" w:rsidP="00C07B76"/>
        </w:tc>
        <w:tc>
          <w:tcPr>
            <w:tcW w:w="1987" w:type="dxa"/>
          </w:tcPr>
          <w:p w14:paraId="1DF0E307" w14:textId="77777777" w:rsidR="00DB0253" w:rsidRDefault="00DB0253" w:rsidP="00C07B76"/>
        </w:tc>
      </w:tr>
      <w:tr w:rsidR="00DB0253" w14:paraId="0070BFB7" w14:textId="77777777">
        <w:tc>
          <w:tcPr>
            <w:tcW w:w="7948" w:type="dxa"/>
            <w:gridSpan w:val="4"/>
          </w:tcPr>
          <w:p w14:paraId="353373B7" w14:textId="77777777" w:rsidR="00DB0253" w:rsidRDefault="00000000" w:rsidP="00C07B76">
            <w:r>
              <w:rPr>
                <w:b/>
              </w:rPr>
              <w:t>ИТОГО сумма ущерба:</w:t>
            </w:r>
          </w:p>
        </w:tc>
        <w:tc>
          <w:tcPr>
            <w:tcW w:w="1987" w:type="dxa"/>
          </w:tcPr>
          <w:p w14:paraId="11EB06CE" w14:textId="77777777" w:rsidR="00DB0253" w:rsidRDefault="00DB0253" w:rsidP="00C07B76"/>
        </w:tc>
      </w:tr>
    </w:tbl>
    <w:p w14:paraId="00778FC6" w14:textId="77777777" w:rsidR="00DB0253" w:rsidRDefault="00DB0253" w:rsidP="00C07B76">
      <w:pPr>
        <w:spacing w:after="0" w:line="240" w:lineRule="auto"/>
      </w:pPr>
    </w:p>
    <w:p w14:paraId="05D34C91" w14:textId="77777777" w:rsidR="00DB0253" w:rsidRDefault="00000000" w:rsidP="00C07B76">
      <w:pPr>
        <w:spacing w:after="0" w:line="240" w:lineRule="auto"/>
      </w:pPr>
      <w:r>
        <w:t>(прописью: _____________________________________________________________ рублей)</w:t>
      </w:r>
    </w:p>
    <w:p w14:paraId="162D070B" w14:textId="77777777" w:rsidR="00DB0253" w:rsidRDefault="00DB0253" w:rsidP="00C07B76">
      <w:pPr>
        <w:spacing w:after="0" w:line="240" w:lineRule="auto"/>
      </w:pPr>
    </w:p>
    <w:p w14:paraId="5873EA36" w14:textId="77777777" w:rsidR="00DB0253" w:rsidRDefault="00000000" w:rsidP="00C07B76">
      <w:pPr>
        <w:spacing w:after="0" w:line="240" w:lineRule="auto"/>
      </w:pPr>
      <w:r>
        <w:rPr>
          <w:b/>
          <w:sz w:val="24"/>
        </w:rPr>
        <w:t>5. ПРИЛОЖЕНИЯ К АКТУ</w:t>
      </w:r>
    </w:p>
    <w:p w14:paraId="71ED09B5" w14:textId="77777777" w:rsidR="00DB0253" w:rsidRDefault="00000000" w:rsidP="00C07B76">
      <w:pPr>
        <w:spacing w:after="0" w:line="240" w:lineRule="auto"/>
      </w:pPr>
      <w:r>
        <w:t>☐ Фотографии поврежденного имущества (_____ шт.)</w:t>
      </w:r>
    </w:p>
    <w:p w14:paraId="2D9A5AC4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☐ Копия прейскуранта цен на возмещение ущерба за порчу имущества</w:t>
      </w:r>
    </w:p>
    <w:p w14:paraId="1598EE58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☐ Иные документы: ___________________________________________________________________</w:t>
      </w:r>
    </w:p>
    <w:p w14:paraId="26FC50FB" w14:textId="77777777" w:rsidR="00DB0253" w:rsidRPr="00C07B76" w:rsidRDefault="00DB0253" w:rsidP="00C07B76">
      <w:pPr>
        <w:spacing w:after="0" w:line="240" w:lineRule="auto"/>
        <w:rPr>
          <w:lang w:val="ru-RU"/>
        </w:rPr>
      </w:pPr>
    </w:p>
    <w:p w14:paraId="38BB6AB3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b/>
          <w:sz w:val="24"/>
          <w:lang w:val="ru-RU"/>
        </w:rPr>
        <w:t>6. ОБЪЯСНЕНИЯ ГОСТЯ</w:t>
      </w:r>
    </w:p>
    <w:p w14:paraId="08F933BE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______________________________________________________________________________________________________________</w:t>
      </w:r>
    </w:p>
    <w:p w14:paraId="5B42A3EA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______________________________________________________________________________________________________________</w:t>
      </w:r>
    </w:p>
    <w:p w14:paraId="26972213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______________________________________________________________________________________________________________</w:t>
      </w:r>
    </w:p>
    <w:p w14:paraId="0F02F31F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______________________________________________________________________________________________________________</w:t>
      </w:r>
    </w:p>
    <w:p w14:paraId="7F3592EC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______________________________________________________________________________________________________________</w:t>
      </w:r>
    </w:p>
    <w:p w14:paraId="45525D72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☐ Гость признает факт причинения ущерба и обязуется возместить его добровольно</w:t>
      </w:r>
    </w:p>
    <w:p w14:paraId="03D7C60B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☐ Гость не согласен с актом (указать причины несогласия выше)</w:t>
      </w:r>
    </w:p>
    <w:p w14:paraId="07D54F7E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☐ Гость отказался давать объяснения и подписывать акт</w:t>
      </w:r>
    </w:p>
    <w:p w14:paraId="1D5750CB" w14:textId="77777777" w:rsidR="00DB0253" w:rsidRPr="00C07B76" w:rsidRDefault="00DB0253" w:rsidP="00C07B76">
      <w:pPr>
        <w:spacing w:after="0" w:line="240" w:lineRule="auto"/>
        <w:rPr>
          <w:lang w:val="ru-RU"/>
        </w:rPr>
      </w:pPr>
    </w:p>
    <w:p w14:paraId="39C3422E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b/>
          <w:sz w:val="24"/>
          <w:lang w:val="ru-RU"/>
        </w:rPr>
        <w:t>7. СПОСОБ И СРОК ВОЗМЕЩЕНИЯ УЩЕРБА</w:t>
      </w:r>
    </w:p>
    <w:p w14:paraId="12CEAEAA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Гость обязуется возместить причиненный ущерб:</w:t>
      </w:r>
    </w:p>
    <w:p w14:paraId="1E0F5BF8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☐ Наличными денежными средствами на стойке администрации</w:t>
      </w:r>
    </w:p>
    <w:p w14:paraId="4E47F303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 xml:space="preserve">☐ Банковской картой через </w:t>
      </w:r>
      <w:r>
        <w:t>POS</w:t>
      </w:r>
      <w:r w:rsidRPr="00C07B76">
        <w:rPr>
          <w:lang w:val="ru-RU"/>
        </w:rPr>
        <w:t>-терминал</w:t>
      </w:r>
    </w:p>
    <w:p w14:paraId="3942A397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☐ Безналичным переводом на расчетный счет организации</w:t>
      </w:r>
    </w:p>
    <w:p w14:paraId="4C8AA81A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☐ Удержанием из внесенного депозита</w:t>
      </w:r>
    </w:p>
    <w:p w14:paraId="7E5FDBE3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b/>
          <w:lang w:val="ru-RU"/>
        </w:rPr>
        <w:t xml:space="preserve">Срок возмещения: </w:t>
      </w:r>
      <w:r w:rsidRPr="00C07B76">
        <w:rPr>
          <w:lang w:val="ru-RU"/>
        </w:rPr>
        <w:t>до "____" ____________ 2026 г.</w:t>
      </w:r>
    </w:p>
    <w:p w14:paraId="3E8389A1" w14:textId="77777777" w:rsidR="00DB0253" w:rsidRPr="00C07B76" w:rsidRDefault="00DB0253" w:rsidP="00C07B76">
      <w:pPr>
        <w:spacing w:after="0" w:line="240" w:lineRule="auto"/>
        <w:rPr>
          <w:lang w:val="ru-RU"/>
        </w:rPr>
      </w:pPr>
    </w:p>
    <w:p w14:paraId="5743AA32" w14:textId="77777777" w:rsidR="00DB0253" w:rsidRPr="00C07B76" w:rsidRDefault="00DB0253" w:rsidP="00C07B76">
      <w:pPr>
        <w:spacing w:after="0" w:line="240" w:lineRule="auto"/>
        <w:rPr>
          <w:lang w:val="ru-RU"/>
        </w:rPr>
      </w:pPr>
    </w:p>
    <w:p w14:paraId="59E52FA8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b/>
          <w:sz w:val="24"/>
          <w:lang w:val="ru-RU"/>
        </w:rPr>
        <w:t>8. ПОДПИСИ СТОРОН</w:t>
      </w:r>
    </w:p>
    <w:p w14:paraId="486224A9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b/>
          <w:lang w:val="ru-RU"/>
        </w:rPr>
        <w:t>От организации:</w:t>
      </w:r>
    </w:p>
    <w:p w14:paraId="78253F0F" w14:textId="77777777" w:rsidR="00DB0253" w:rsidRPr="00C07B76" w:rsidRDefault="00DB0253" w:rsidP="00C07B76">
      <w:pPr>
        <w:spacing w:after="0" w:line="240" w:lineRule="auto"/>
        <w:rPr>
          <w:lang w:val="ru-RU"/>
        </w:rPr>
      </w:pPr>
    </w:p>
    <w:p w14:paraId="47F11038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Администратор: _____________________________ / ________________________________ /</w:t>
      </w:r>
    </w:p>
    <w:p w14:paraId="0608123C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sz w:val="18"/>
          <w:lang w:val="ru-RU"/>
        </w:rPr>
        <w:t xml:space="preserve">                              (</w:t>
      </w:r>
      <w:proofErr w:type="gramStart"/>
      <w:r w:rsidRPr="00C07B76">
        <w:rPr>
          <w:sz w:val="18"/>
          <w:lang w:val="ru-RU"/>
        </w:rPr>
        <w:t xml:space="preserve">подпись)   </w:t>
      </w:r>
      <w:proofErr w:type="gramEnd"/>
      <w:r w:rsidRPr="00C07B76">
        <w:rPr>
          <w:sz w:val="18"/>
          <w:lang w:val="ru-RU"/>
        </w:rPr>
        <w:t xml:space="preserve">                                </w:t>
      </w:r>
      <w:proofErr w:type="gramStart"/>
      <w:r w:rsidRPr="00C07B76">
        <w:rPr>
          <w:sz w:val="18"/>
          <w:lang w:val="ru-RU"/>
        </w:rPr>
        <w:t xml:space="preserve">   (</w:t>
      </w:r>
      <w:proofErr w:type="gramEnd"/>
      <w:r w:rsidRPr="00C07B76">
        <w:rPr>
          <w:sz w:val="18"/>
          <w:lang w:val="ru-RU"/>
        </w:rPr>
        <w:t>ФИО)</w:t>
      </w:r>
    </w:p>
    <w:p w14:paraId="7EB02BC2" w14:textId="77777777" w:rsidR="00DB0253" w:rsidRPr="00C07B76" w:rsidRDefault="00DB0253" w:rsidP="00C07B76">
      <w:pPr>
        <w:spacing w:after="0" w:line="240" w:lineRule="auto"/>
        <w:rPr>
          <w:lang w:val="ru-RU"/>
        </w:rPr>
      </w:pPr>
    </w:p>
    <w:p w14:paraId="478BB8DF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Должность: _________________________________________________________________________</w:t>
      </w:r>
    </w:p>
    <w:p w14:paraId="5640258B" w14:textId="77777777" w:rsidR="00DB0253" w:rsidRPr="00C07B76" w:rsidRDefault="00DB0253" w:rsidP="00C07B76">
      <w:pPr>
        <w:spacing w:after="0" w:line="240" w:lineRule="auto"/>
        <w:rPr>
          <w:lang w:val="ru-RU"/>
        </w:rPr>
      </w:pPr>
    </w:p>
    <w:p w14:paraId="75ED19DD" w14:textId="77777777" w:rsidR="00DB0253" w:rsidRPr="00C07B76" w:rsidRDefault="00DB0253" w:rsidP="00C07B76">
      <w:pPr>
        <w:spacing w:after="0" w:line="240" w:lineRule="auto"/>
        <w:rPr>
          <w:lang w:val="ru-RU"/>
        </w:rPr>
      </w:pPr>
    </w:p>
    <w:p w14:paraId="2406215B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b/>
          <w:lang w:val="ru-RU"/>
        </w:rPr>
        <w:t>Гость:</w:t>
      </w:r>
    </w:p>
    <w:p w14:paraId="1A3A7375" w14:textId="77777777" w:rsidR="00DB0253" w:rsidRPr="00C07B76" w:rsidRDefault="00DB0253" w:rsidP="00C07B76">
      <w:pPr>
        <w:spacing w:after="0" w:line="240" w:lineRule="auto"/>
        <w:rPr>
          <w:lang w:val="ru-RU"/>
        </w:rPr>
      </w:pPr>
    </w:p>
    <w:p w14:paraId="4F6C0959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С актом ознакомлен(а), копию акта и прейскуранта получил(а):</w:t>
      </w:r>
    </w:p>
    <w:p w14:paraId="7EAF7DDC" w14:textId="77777777" w:rsidR="00DB0253" w:rsidRPr="00C07B76" w:rsidRDefault="00DB0253" w:rsidP="00C07B76">
      <w:pPr>
        <w:spacing w:after="0" w:line="240" w:lineRule="auto"/>
        <w:rPr>
          <w:lang w:val="ru-RU"/>
        </w:rPr>
      </w:pPr>
    </w:p>
    <w:p w14:paraId="2D7C5BA8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______________________________ / ________________________________________________ /</w:t>
      </w:r>
    </w:p>
    <w:p w14:paraId="16D503E4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sz w:val="18"/>
          <w:lang w:val="ru-RU"/>
        </w:rPr>
        <w:t xml:space="preserve">              (</w:t>
      </w:r>
      <w:proofErr w:type="gramStart"/>
      <w:r w:rsidRPr="00C07B76">
        <w:rPr>
          <w:sz w:val="18"/>
          <w:lang w:val="ru-RU"/>
        </w:rPr>
        <w:t xml:space="preserve">подпись)   </w:t>
      </w:r>
      <w:proofErr w:type="gramEnd"/>
      <w:r w:rsidRPr="00C07B76">
        <w:rPr>
          <w:sz w:val="18"/>
          <w:lang w:val="ru-RU"/>
        </w:rPr>
        <w:t xml:space="preserve">                                      </w:t>
      </w:r>
      <w:proofErr w:type="gramStart"/>
      <w:r w:rsidRPr="00C07B76">
        <w:rPr>
          <w:sz w:val="18"/>
          <w:lang w:val="ru-RU"/>
        </w:rPr>
        <w:t xml:space="preserve">   (</w:t>
      </w:r>
      <w:proofErr w:type="gramEnd"/>
      <w:r w:rsidRPr="00C07B76">
        <w:rPr>
          <w:sz w:val="18"/>
          <w:lang w:val="ru-RU"/>
        </w:rPr>
        <w:t>ФИО)</w:t>
      </w:r>
    </w:p>
    <w:p w14:paraId="0502FCBA" w14:textId="77777777" w:rsidR="00DB0253" w:rsidRPr="00C07B76" w:rsidRDefault="00DB0253" w:rsidP="00C07B76">
      <w:pPr>
        <w:spacing w:after="0" w:line="240" w:lineRule="auto"/>
        <w:rPr>
          <w:lang w:val="ru-RU"/>
        </w:rPr>
      </w:pPr>
    </w:p>
    <w:p w14:paraId="5EA61634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Дата: "____" ____________ 2026 г.</w:t>
      </w:r>
    </w:p>
    <w:p w14:paraId="5CADFA32" w14:textId="77777777" w:rsidR="00DB0253" w:rsidRPr="00C07B76" w:rsidRDefault="00DB0253" w:rsidP="00C07B76">
      <w:pPr>
        <w:spacing w:after="0" w:line="240" w:lineRule="auto"/>
        <w:rPr>
          <w:lang w:val="ru-RU"/>
        </w:rPr>
      </w:pPr>
    </w:p>
    <w:p w14:paraId="19643EE9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b/>
          <w:lang w:val="ru-RU"/>
        </w:rPr>
        <w:t>Свидетели (при необходимости):</w:t>
      </w:r>
    </w:p>
    <w:p w14:paraId="35CE35F4" w14:textId="77777777" w:rsidR="00DB0253" w:rsidRPr="00C07B76" w:rsidRDefault="00DB0253" w:rsidP="00C07B76">
      <w:pPr>
        <w:spacing w:after="0" w:line="240" w:lineRule="auto"/>
        <w:rPr>
          <w:lang w:val="ru-RU"/>
        </w:rPr>
      </w:pPr>
    </w:p>
    <w:p w14:paraId="42F8AC27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1. ______________________________ / ____________________________________________ /</w:t>
      </w:r>
    </w:p>
    <w:p w14:paraId="58F13E31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sz w:val="18"/>
          <w:lang w:val="ru-RU"/>
        </w:rPr>
        <w:t xml:space="preserve">              (</w:t>
      </w:r>
      <w:proofErr w:type="gramStart"/>
      <w:r w:rsidRPr="00C07B76">
        <w:rPr>
          <w:sz w:val="18"/>
          <w:lang w:val="ru-RU"/>
        </w:rPr>
        <w:t xml:space="preserve">подпись)   </w:t>
      </w:r>
      <w:proofErr w:type="gramEnd"/>
      <w:r w:rsidRPr="00C07B76">
        <w:rPr>
          <w:sz w:val="18"/>
          <w:lang w:val="ru-RU"/>
        </w:rPr>
        <w:t xml:space="preserve">                                </w:t>
      </w:r>
      <w:proofErr w:type="gramStart"/>
      <w:r w:rsidRPr="00C07B76">
        <w:rPr>
          <w:sz w:val="18"/>
          <w:lang w:val="ru-RU"/>
        </w:rPr>
        <w:t xml:space="preserve">   (</w:t>
      </w:r>
      <w:proofErr w:type="gramEnd"/>
      <w:r w:rsidRPr="00C07B76">
        <w:rPr>
          <w:sz w:val="18"/>
          <w:lang w:val="ru-RU"/>
        </w:rPr>
        <w:t>ФИО, контакты)</w:t>
      </w:r>
    </w:p>
    <w:p w14:paraId="39EBB877" w14:textId="77777777" w:rsidR="00DB0253" w:rsidRPr="00C07B76" w:rsidRDefault="00DB0253" w:rsidP="00C07B76">
      <w:pPr>
        <w:spacing w:after="0" w:line="240" w:lineRule="auto"/>
        <w:rPr>
          <w:lang w:val="ru-RU"/>
        </w:rPr>
      </w:pPr>
    </w:p>
    <w:p w14:paraId="23107ED4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t>2. ______________________________ / ____________________________________________ /</w:t>
      </w:r>
    </w:p>
    <w:p w14:paraId="4ADE5D70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sz w:val="18"/>
          <w:lang w:val="ru-RU"/>
        </w:rPr>
        <w:t xml:space="preserve">              (</w:t>
      </w:r>
      <w:proofErr w:type="gramStart"/>
      <w:r w:rsidRPr="00C07B76">
        <w:rPr>
          <w:sz w:val="18"/>
          <w:lang w:val="ru-RU"/>
        </w:rPr>
        <w:t xml:space="preserve">подпись)   </w:t>
      </w:r>
      <w:proofErr w:type="gramEnd"/>
      <w:r w:rsidRPr="00C07B76">
        <w:rPr>
          <w:sz w:val="18"/>
          <w:lang w:val="ru-RU"/>
        </w:rPr>
        <w:t xml:space="preserve">                                </w:t>
      </w:r>
      <w:proofErr w:type="gramStart"/>
      <w:r w:rsidRPr="00C07B76">
        <w:rPr>
          <w:sz w:val="18"/>
          <w:lang w:val="ru-RU"/>
        </w:rPr>
        <w:t xml:space="preserve">   (</w:t>
      </w:r>
      <w:proofErr w:type="gramEnd"/>
      <w:r w:rsidRPr="00C07B76">
        <w:rPr>
          <w:sz w:val="18"/>
          <w:lang w:val="ru-RU"/>
        </w:rPr>
        <w:t>ФИО, контакты)</w:t>
      </w:r>
    </w:p>
    <w:p w14:paraId="4FB36408" w14:textId="77777777" w:rsidR="00DB0253" w:rsidRPr="00C07B76" w:rsidRDefault="00000000" w:rsidP="00C07B76">
      <w:pPr>
        <w:spacing w:after="0" w:line="240" w:lineRule="auto"/>
        <w:rPr>
          <w:lang w:val="ru-RU"/>
        </w:rPr>
      </w:pPr>
      <w:r w:rsidRPr="00C07B76">
        <w:rPr>
          <w:lang w:val="ru-RU"/>
        </w:rPr>
        <w:br w:type="page"/>
      </w:r>
    </w:p>
    <w:p w14:paraId="301178A6" w14:textId="77777777" w:rsidR="00DB0253" w:rsidRPr="00C07B76" w:rsidRDefault="00000000" w:rsidP="00EE0220">
      <w:pPr>
        <w:spacing w:after="0"/>
        <w:rPr>
          <w:lang w:val="ru-RU"/>
        </w:rPr>
      </w:pPr>
      <w:r w:rsidRPr="00C07B76">
        <w:rPr>
          <w:b/>
          <w:sz w:val="24"/>
          <w:lang w:val="ru-RU"/>
        </w:rPr>
        <w:lastRenderedPageBreak/>
        <w:t>9. ОТМЕТКА О ВОЗМЕЩЕНИИ УЩЕРБА</w:t>
      </w:r>
    </w:p>
    <w:p w14:paraId="294E47CE" w14:textId="77777777" w:rsidR="00DB0253" w:rsidRPr="00C07B76" w:rsidRDefault="00DB0253" w:rsidP="00EE0220">
      <w:pPr>
        <w:spacing w:after="0"/>
        <w:rPr>
          <w:lang w:val="ru-RU"/>
        </w:rPr>
      </w:pPr>
    </w:p>
    <w:p w14:paraId="3B2578F6" w14:textId="77777777" w:rsidR="00DB0253" w:rsidRPr="00C07B76" w:rsidRDefault="00000000" w:rsidP="00EE0220">
      <w:pPr>
        <w:spacing w:after="0"/>
        <w:rPr>
          <w:lang w:val="ru-RU"/>
        </w:rPr>
      </w:pPr>
      <w:r w:rsidRPr="00C07B76">
        <w:rPr>
          <w:lang w:val="ru-RU"/>
        </w:rPr>
        <w:t>Ущерб возмещен полностью "____" ____________ 2026 г.</w:t>
      </w:r>
    </w:p>
    <w:p w14:paraId="279E4804" w14:textId="77777777" w:rsidR="00DB0253" w:rsidRPr="00C07B76" w:rsidRDefault="00DB0253" w:rsidP="00EE0220">
      <w:pPr>
        <w:spacing w:after="0"/>
        <w:rPr>
          <w:lang w:val="ru-RU"/>
        </w:rPr>
      </w:pPr>
    </w:p>
    <w:p w14:paraId="7E3D8256" w14:textId="77777777" w:rsidR="00DB0253" w:rsidRPr="00C07B76" w:rsidRDefault="00000000" w:rsidP="00EE0220">
      <w:pPr>
        <w:spacing w:after="0"/>
        <w:rPr>
          <w:lang w:val="ru-RU"/>
        </w:rPr>
      </w:pPr>
      <w:r w:rsidRPr="00C07B76">
        <w:rPr>
          <w:lang w:val="ru-RU"/>
        </w:rPr>
        <w:t>Способ возмещения: ☐ наличные   ☐ карта   ☐ перевод   ☐ удержание из депозита</w:t>
      </w:r>
    </w:p>
    <w:p w14:paraId="18BE28FC" w14:textId="77777777" w:rsidR="00DB0253" w:rsidRPr="00C07B76" w:rsidRDefault="00DB0253" w:rsidP="00EE0220">
      <w:pPr>
        <w:spacing w:after="0"/>
        <w:rPr>
          <w:lang w:val="ru-RU"/>
        </w:rPr>
      </w:pPr>
    </w:p>
    <w:p w14:paraId="52371C3E" w14:textId="77777777" w:rsidR="00DB0253" w:rsidRPr="00C07B76" w:rsidRDefault="00000000" w:rsidP="00EE0220">
      <w:pPr>
        <w:spacing w:after="0"/>
        <w:rPr>
          <w:lang w:val="ru-RU"/>
        </w:rPr>
      </w:pPr>
      <w:r w:rsidRPr="00C07B76">
        <w:rPr>
          <w:lang w:val="ru-RU"/>
        </w:rPr>
        <w:t>Сумма: _________________ руб.   Кассовый чек/платежный документ № _______________</w:t>
      </w:r>
    </w:p>
    <w:p w14:paraId="600987F1" w14:textId="77777777" w:rsidR="00DB0253" w:rsidRPr="00C07B76" w:rsidRDefault="00DB0253" w:rsidP="00EE0220">
      <w:pPr>
        <w:spacing w:after="0"/>
        <w:rPr>
          <w:lang w:val="ru-RU"/>
        </w:rPr>
      </w:pPr>
    </w:p>
    <w:p w14:paraId="68B115CB" w14:textId="77777777" w:rsidR="00DB0253" w:rsidRPr="00C07B76" w:rsidRDefault="00000000" w:rsidP="00EE0220">
      <w:pPr>
        <w:spacing w:after="0"/>
        <w:rPr>
          <w:lang w:val="ru-RU"/>
        </w:rPr>
      </w:pPr>
      <w:r w:rsidRPr="00C07B76">
        <w:rPr>
          <w:lang w:val="ru-RU"/>
        </w:rPr>
        <w:t>Подпись администратора: _____________________ / _______________________________ /</w:t>
      </w:r>
    </w:p>
    <w:p w14:paraId="6C9E0681" w14:textId="77777777" w:rsidR="00DB0253" w:rsidRPr="00C07B76" w:rsidRDefault="00DB0253" w:rsidP="00EE0220">
      <w:pPr>
        <w:spacing w:after="0"/>
        <w:rPr>
          <w:lang w:val="ru-RU"/>
        </w:rPr>
      </w:pPr>
    </w:p>
    <w:p w14:paraId="056C6313" w14:textId="77777777" w:rsidR="00DB0253" w:rsidRPr="00C07B76" w:rsidRDefault="00000000" w:rsidP="00EE0220">
      <w:pPr>
        <w:spacing w:after="0"/>
        <w:rPr>
          <w:lang w:val="ru-RU"/>
        </w:rPr>
      </w:pPr>
      <w:r w:rsidRPr="00C07B76">
        <w:rPr>
          <w:lang w:val="ru-RU"/>
        </w:rPr>
        <w:t>М.П.</w:t>
      </w:r>
    </w:p>
    <w:p w14:paraId="2A218C12" w14:textId="77777777" w:rsidR="00DB0253" w:rsidRPr="00C07B76" w:rsidRDefault="00DB0253" w:rsidP="00EE0220">
      <w:pPr>
        <w:spacing w:after="0"/>
        <w:rPr>
          <w:lang w:val="ru-RU"/>
        </w:rPr>
      </w:pPr>
    </w:p>
    <w:p w14:paraId="640762E8" w14:textId="77777777" w:rsidR="00DB0253" w:rsidRPr="00C07B76" w:rsidRDefault="00DB0253">
      <w:pPr>
        <w:rPr>
          <w:lang w:val="ru-RU"/>
        </w:rPr>
      </w:pPr>
    </w:p>
    <w:p w14:paraId="0A6A4C5B" w14:textId="77777777" w:rsidR="00DB0253" w:rsidRPr="00C07B76" w:rsidRDefault="00000000">
      <w:pPr>
        <w:rPr>
          <w:lang w:val="ru-RU"/>
        </w:rPr>
      </w:pPr>
      <w:r w:rsidRPr="00C07B76">
        <w:rPr>
          <w:b/>
          <w:sz w:val="20"/>
          <w:lang w:val="ru-RU"/>
        </w:rPr>
        <w:t xml:space="preserve">Примечание: </w:t>
      </w:r>
      <w:r w:rsidRPr="00C07B76">
        <w:rPr>
          <w:sz w:val="20"/>
          <w:lang w:val="ru-RU"/>
        </w:rPr>
        <w:t>Настоящий акт составлен в соответствии с Прейскурантом цен на возмещение ущерба за порчу имущества ООО "Европейский хостел", утвержденным 10 марта 2026 г., и является основанием для взыскания компенсации согласно ст. 1064 ГК РФ.</w:t>
      </w:r>
    </w:p>
    <w:sectPr w:rsidR="00DB0253" w:rsidRPr="00C07B76" w:rsidSect="00034616">
      <w:pgSz w:w="12240" w:h="15840"/>
      <w:pgMar w:top="1152" w:right="864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920909">
    <w:abstractNumId w:val="8"/>
  </w:num>
  <w:num w:numId="2" w16cid:durableId="24908663">
    <w:abstractNumId w:val="6"/>
  </w:num>
  <w:num w:numId="3" w16cid:durableId="22902668">
    <w:abstractNumId w:val="5"/>
  </w:num>
  <w:num w:numId="4" w16cid:durableId="1203399411">
    <w:abstractNumId w:val="4"/>
  </w:num>
  <w:num w:numId="5" w16cid:durableId="1329287542">
    <w:abstractNumId w:val="7"/>
  </w:num>
  <w:num w:numId="6" w16cid:durableId="637608109">
    <w:abstractNumId w:val="3"/>
  </w:num>
  <w:num w:numId="7" w16cid:durableId="648443980">
    <w:abstractNumId w:val="2"/>
  </w:num>
  <w:num w:numId="8" w16cid:durableId="1541165886">
    <w:abstractNumId w:val="1"/>
  </w:num>
  <w:num w:numId="9" w16cid:durableId="563182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5871"/>
    <w:rsid w:val="0029639D"/>
    <w:rsid w:val="003134C6"/>
    <w:rsid w:val="00326F90"/>
    <w:rsid w:val="00982744"/>
    <w:rsid w:val="00AA1D8D"/>
    <w:rsid w:val="00AD30EA"/>
    <w:rsid w:val="00B47730"/>
    <w:rsid w:val="00C07B76"/>
    <w:rsid w:val="00CB0664"/>
    <w:rsid w:val="00DB0253"/>
    <w:rsid w:val="00EE02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A3BEA2"/>
  <w14:defaultImageDpi w14:val="300"/>
  <w15:docId w15:val="{8E94CCAE-D02E-44CE-8E43-DD1D9E659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Home</cp:lastModifiedBy>
  <cp:revision>5</cp:revision>
  <dcterms:created xsi:type="dcterms:W3CDTF">2013-12-23T23:15:00Z</dcterms:created>
  <dcterms:modified xsi:type="dcterms:W3CDTF">2026-03-10T14:50:00Z</dcterms:modified>
  <cp:category/>
</cp:coreProperties>
</file>